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line="348" w:lineRule="auto"/>
        <w:jc w:val="right"/>
      </w:pPr>
      <w:r>
        <w:rPr>
          <w:rFonts w:ascii="Arial" w:hAnsi="Arial" w:cs="Arial"/>
          <w:b/>
          <w:color w:val="0B143A"/>
          <w:sz w:val="40"/>
          <w:rtl/>
          <w:cs/>
        </w:rPr>
        <w:t>نموذج عرض وظيفي لغير السعوديين</w:t>
      </w:r>
    </w:p>
    <w:p>
      <w:pPr>
        <w:bidi/>
        <w:spacing w:after="280" w:line="348" w:lineRule="auto"/>
        <w:jc w:val="right"/>
      </w:pPr>
      <w:r>
        <w:rPr>
          <w:rFonts w:ascii="Arial" w:hAnsi="Arial" w:cs="Arial"/>
          <w:b w:val="0"/>
          <w:color w:val="1B63FF"/>
          <w:sz w:val="20"/>
          <w:rtl/>
          <w:cs/>
        </w:rPr>
        <w:t>عقد محدد المدة وفق المادة 37 من نظام العمل</w:t>
      </w:r>
    </w:p>
    <w:p>
      <w:pPr>
        <w:bidi/>
        <w:spacing w:after="80" w:line="348" w:lineRule="auto"/>
        <w:jc w:val="right"/>
      </w:pPr>
      <w:r>
        <w:rPr>
          <w:rFonts w:ascii="Arial" w:hAnsi="Arial" w:cs="Arial"/>
          <w:b w:val="0"/>
          <w:sz w:val="22"/>
          <w:rtl/>
          <w:cs/>
        </w:rPr>
        <w:t>اسم المنشأة: .........................</w:t>
      </w:r>
    </w:p>
    <w:p>
      <w:pPr>
        <w:bidi/>
        <w:spacing w:after="80" w:line="348" w:lineRule="auto"/>
        <w:jc w:val="right"/>
      </w:pPr>
      <w:r>
        <w:rPr>
          <w:rFonts w:ascii="Arial" w:hAnsi="Arial" w:cs="Arial"/>
          <w:b w:val="0"/>
          <w:sz w:val="22"/>
          <w:rtl/>
          <w:cs/>
        </w:rPr>
        <w:t>الرقم المرجعي: .........................</w:t>
      </w:r>
    </w:p>
    <w:p>
      <w:pPr>
        <w:bidi/>
        <w:spacing w:after="80" w:line="348" w:lineRule="auto"/>
        <w:jc w:val="right"/>
      </w:pPr>
      <w:r>
        <w:rPr>
          <w:rFonts w:ascii="Arial" w:hAnsi="Arial" w:cs="Arial"/>
          <w:b w:val="0"/>
          <w:sz w:val="22"/>
          <w:rtl/>
          <w:cs/>
        </w:rPr>
        <w:t>التاريخ: ......... / ......... / .........</w:t>
      </w:r>
    </w:p>
    <w:p>
      <w:pPr>
        <w:bidi/>
        <w:spacing w:after="160" w:line="348" w:lineRule="auto"/>
        <w:jc w:val="right"/>
      </w:pPr>
      <w:r>
        <w:rPr>
          <w:rFonts w:ascii="Arial" w:hAnsi="Arial" w:cs="Arial"/>
          <w:b/>
          <w:color w:val="0B143A"/>
          <w:sz w:val="26"/>
          <w:rtl/>
          <w:cs/>
        </w:rPr>
        <w:t>الموضوع: عرض وظيفي</w:t>
      </w:r>
    </w:p>
    <w:p>
      <w:pPr>
        <w:bidi/>
        <w:spacing w:after="80" w:line="348" w:lineRule="auto"/>
        <w:jc w:val="right"/>
      </w:pPr>
      <w:r>
        <w:rPr>
          <w:rFonts w:ascii="Arial" w:hAnsi="Arial" w:cs="Arial"/>
          <w:b w:val="0"/>
          <w:sz w:val="22"/>
          <w:rtl/>
          <w:cs/>
        </w:rPr>
        <w:t>الأستاذ / ......................... المحترم،</w:t>
      </w:r>
    </w:p>
    <w:p>
      <w:pPr>
        <w:bidi/>
        <w:spacing w:after="160" w:line="348" w:lineRule="auto"/>
        <w:jc w:val="right"/>
      </w:pPr>
      <w:r>
        <w:rPr>
          <w:rFonts w:ascii="Arial" w:hAnsi="Arial" w:cs="Arial"/>
          <w:b w:val="0"/>
          <w:color w:val="5A6478"/>
          <w:sz w:val="22"/>
          <w:rtl/>
          <w:cs/>
        </w:rPr>
        <w:t>يسرّنا إبلاغك بقبول ترشيحك لشغل وظيفة ......................... لدى المنشأة. وحيث إن عقد غير السعودي يكون مكتوبًا ومحدد المدة وفق المادة 37 من نظام العمل، فقد رُوعي ذلك في بنود هذا العرض:</w:t>
      </w:r>
    </w:p>
    <w:p>
      <w:pPr>
        <w:bidi/>
        <w:spacing w:after="80" w:line="348" w:lineRule="auto"/>
        <w:jc w:val="right"/>
      </w:pPr>
      <w:r>
        <w:rPr>
          <w:rFonts w:ascii="Arial" w:hAnsi="Arial" w:cs="Arial"/>
          <w:b/>
          <w:color w:val="0B143A"/>
          <w:sz w:val="25"/>
          <w:rtl/>
          <w:cs/>
        </w:rPr>
        <w:t>أولًا: بيانات الوظيفة</w:t>
      </w:r>
    </w:p>
    <w:p>
      <w:pPr>
        <w:bidi/>
        <w:spacing w:after="80" w:line="348" w:lineRule="auto"/>
        <w:jc w:val="right"/>
      </w:pPr>
      <w:r>
        <w:rPr>
          <w:rFonts w:ascii="Arial" w:hAnsi="Arial" w:cs="Arial"/>
          <w:b w:val="0"/>
          <w:sz w:val="22"/>
          <w:rtl/>
          <w:cs/>
        </w:rPr>
        <w:t>المسمى الوظيفي: .........................</w:t>
      </w:r>
    </w:p>
    <w:p>
      <w:pPr>
        <w:bidi/>
        <w:spacing w:after="80" w:line="348" w:lineRule="auto"/>
        <w:jc w:val="right"/>
      </w:pPr>
      <w:r>
        <w:rPr>
          <w:rFonts w:ascii="Arial" w:hAnsi="Arial" w:cs="Arial"/>
          <w:b w:val="0"/>
          <w:sz w:val="22"/>
          <w:rtl/>
          <w:cs/>
        </w:rPr>
        <w:t>الإدارة: .........................</w:t>
      </w:r>
    </w:p>
    <w:p>
      <w:pPr>
        <w:bidi/>
        <w:spacing w:after="80" w:line="348" w:lineRule="auto"/>
        <w:jc w:val="right"/>
      </w:pPr>
      <w:r>
        <w:rPr>
          <w:rFonts w:ascii="Arial" w:hAnsi="Arial" w:cs="Arial"/>
          <w:b w:val="0"/>
          <w:sz w:val="22"/>
          <w:rtl/>
          <w:cs/>
        </w:rPr>
        <w:t>يرفع تقاريره إلى: .........................</w:t>
      </w:r>
    </w:p>
    <w:p>
      <w:pPr>
        <w:bidi/>
        <w:spacing w:after="80" w:line="348" w:lineRule="auto"/>
        <w:jc w:val="right"/>
      </w:pPr>
      <w:r>
        <w:rPr>
          <w:rFonts w:ascii="Arial" w:hAnsi="Arial" w:cs="Arial"/>
          <w:b w:val="0"/>
          <w:sz w:val="22"/>
          <w:rtl/>
          <w:cs/>
        </w:rPr>
        <w:t>مقر العمل: .........................</w:t>
      </w:r>
    </w:p>
    <w:p>
      <w:pPr>
        <w:bidi/>
        <w:spacing w:after="80" w:line="348" w:lineRule="auto"/>
        <w:jc w:val="right"/>
      </w:pPr>
      <w:r>
        <w:rPr>
          <w:rFonts w:ascii="Arial" w:hAnsi="Arial" w:cs="Arial"/>
          <w:b w:val="0"/>
          <w:sz w:val="22"/>
          <w:rtl/>
          <w:cs/>
        </w:rPr>
        <w:t>تاريخ المباشرة المقترح: ......... / ......... / .........</w:t>
      </w:r>
    </w:p>
    <w:p>
      <w:pPr>
        <w:bidi/>
        <w:spacing w:after="80" w:line="348" w:lineRule="auto"/>
        <w:jc w:val="right"/>
      </w:pPr>
      <w:r>
        <w:rPr>
          <w:rFonts w:ascii="Arial" w:hAnsi="Arial" w:cs="Arial"/>
          <w:b/>
          <w:color w:val="0B143A"/>
          <w:sz w:val="25"/>
          <w:rtl/>
          <w:cs/>
        </w:rPr>
        <w:t>ثانيًا: الحزمة المالية (شهريًا)</w:t>
      </w:r>
    </w:p>
    <w:p>
      <w:pPr>
        <w:bidi/>
        <w:spacing w:after="80" w:line="348" w:lineRule="auto"/>
        <w:jc w:val="right"/>
      </w:pPr>
      <w:r>
        <w:rPr>
          <w:rFonts w:ascii="Arial" w:hAnsi="Arial" w:cs="Arial"/>
          <w:b w:val="0"/>
          <w:sz w:val="22"/>
          <w:rtl/>
          <w:cs/>
        </w:rPr>
        <w:t>الراتب الأساسي: ......................... ريال</w:t>
      </w:r>
    </w:p>
    <w:p>
      <w:pPr>
        <w:bidi/>
        <w:spacing w:after="80" w:line="348" w:lineRule="auto"/>
        <w:jc w:val="right"/>
      </w:pPr>
      <w:r>
        <w:rPr>
          <w:rFonts w:ascii="Arial" w:hAnsi="Arial" w:cs="Arial"/>
          <w:b w:val="0"/>
          <w:sz w:val="22"/>
          <w:rtl/>
          <w:cs/>
        </w:rPr>
        <w:t>بدل السكن: ......................... ريال</w:t>
      </w:r>
    </w:p>
    <w:p>
      <w:pPr>
        <w:bidi/>
        <w:spacing w:after="80" w:line="348" w:lineRule="auto"/>
        <w:jc w:val="right"/>
      </w:pPr>
      <w:r>
        <w:rPr>
          <w:rFonts w:ascii="Arial" w:hAnsi="Arial" w:cs="Arial"/>
          <w:b w:val="0"/>
          <w:sz w:val="22"/>
          <w:rtl/>
          <w:cs/>
        </w:rPr>
        <w:t>بدل النقل: ......................... ريال</w:t>
      </w:r>
    </w:p>
    <w:p>
      <w:pPr>
        <w:bidi/>
        <w:spacing w:after="80" w:line="348" w:lineRule="auto"/>
        <w:jc w:val="right"/>
      </w:pPr>
      <w:r>
        <w:rPr>
          <w:rFonts w:ascii="Arial" w:hAnsi="Arial" w:cs="Arial"/>
          <w:b w:val="0"/>
          <w:sz w:val="22"/>
          <w:rtl/>
          <w:cs/>
        </w:rPr>
        <w:t>بدلات أخرى: ......................... ريال</w:t>
      </w:r>
    </w:p>
    <w:p>
      <w:pPr>
        <w:bidi/>
        <w:spacing w:after="80" w:line="348" w:lineRule="auto"/>
        <w:jc w:val="right"/>
      </w:pPr>
      <w:r>
        <w:rPr>
          <w:rFonts w:ascii="Arial" w:hAnsi="Arial" w:cs="Arial"/>
          <w:b w:val="0"/>
          <w:sz w:val="22"/>
          <w:rtl/>
          <w:cs/>
        </w:rPr>
        <w:t>إجمالي الراتب الشهري: ......................... ريال</w:t>
      </w:r>
    </w:p>
    <w:p>
      <w:pPr>
        <w:bidi/>
        <w:spacing w:after="160" w:line="348" w:lineRule="auto"/>
        <w:jc w:val="right"/>
      </w:pPr>
      <w:r>
        <w:rPr>
          <w:rFonts w:ascii="Arial" w:hAnsi="Arial" w:cs="Arial"/>
          <w:b w:val="0"/>
          <w:color w:val="5A6478"/>
          <w:sz w:val="22"/>
          <w:rtl/>
          <w:cs/>
        </w:rPr>
        <w:t>يُصرف الراتب في نهاية كل شهر ميلادي عبر التحويل البنكي وفق نظام حماية الأجور، ويخضع الأجر الخاضع للاشتراك لاقتطاع حصة الموظف في التأمينات الاجتماعية.</w:t>
      </w:r>
    </w:p>
    <w:p>
      <w:pPr>
        <w:bidi/>
        <w:spacing w:after="80" w:line="348" w:lineRule="auto"/>
        <w:jc w:val="right"/>
      </w:pPr>
      <w:r>
        <w:rPr>
          <w:rFonts w:ascii="Arial" w:hAnsi="Arial" w:cs="Arial"/>
          <w:b/>
          <w:color w:val="0B143A"/>
          <w:sz w:val="25"/>
          <w:rtl/>
          <w:cs/>
        </w:rPr>
        <w:t>ثالثًا: نوع العقد وفترة التجربة</w:t>
      </w:r>
    </w:p>
    <w:p>
      <w:pPr>
        <w:bidi/>
        <w:spacing w:after="80" w:line="348" w:lineRule="auto"/>
        <w:jc w:val="right"/>
      </w:pPr>
      <w:r>
        <w:rPr>
          <w:rFonts w:ascii="Arial" w:hAnsi="Arial" w:cs="Arial"/>
          <w:b w:val="0"/>
          <w:sz w:val="22"/>
          <w:rtl/>
          <w:cs/>
        </w:rPr>
        <w:t>نوع العقد: عقد محدد المدة</w:t>
      </w:r>
    </w:p>
    <w:p>
      <w:pPr>
        <w:bidi/>
        <w:spacing w:after="80" w:line="348" w:lineRule="auto"/>
        <w:jc w:val="right"/>
      </w:pPr>
      <w:r>
        <w:rPr>
          <w:rFonts w:ascii="Arial" w:hAnsi="Arial" w:cs="Arial"/>
          <w:b w:val="0"/>
          <w:sz w:val="22"/>
          <w:rtl/>
          <w:cs/>
        </w:rPr>
        <w:t>مدة العقد: ......... سنة، تبدأ من ......... / ......... / ......... وتنتهي في ......... / ......... / .........</w:t>
      </w:r>
    </w:p>
    <w:p>
      <w:pPr>
        <w:bidi/>
        <w:spacing w:after="160" w:line="348" w:lineRule="auto"/>
        <w:jc w:val="right"/>
      </w:pPr>
      <w:r>
        <w:rPr>
          <w:rFonts w:ascii="Arial" w:hAnsi="Arial" w:cs="Arial"/>
          <w:b w:val="0"/>
          <w:color w:val="5A6478"/>
          <w:sz w:val="22"/>
          <w:rtl/>
          <w:cs/>
        </w:rPr>
        <w:t>إذا خلا العقد من بيان مدته عُدَّ ساريًا لمدة سنة واحدة من تاريخ مباشرة العمل، ويتجدد لمدة مماثلة إذا استمر الطرفان في تنفيذه بعدها.</w:t>
      </w:r>
    </w:p>
    <w:p>
      <w:pPr>
        <w:bidi/>
        <w:spacing w:after="80" w:line="348" w:lineRule="auto"/>
        <w:jc w:val="right"/>
      </w:pPr>
      <w:r>
        <w:rPr>
          <w:rFonts w:ascii="Arial" w:hAnsi="Arial" w:cs="Arial"/>
          <w:b w:val="0"/>
          <w:sz w:val="22"/>
          <w:rtl/>
          <w:cs/>
        </w:rPr>
        <w:t>فترة التجربة: ......... يومًا، بحد أقصى 90 يومًا وتُمدد كتابيًا إلى 180 يومًا كحد أقصى.</w:t>
      </w:r>
    </w:p>
    <w:p>
      <w:pPr>
        <w:bidi/>
        <w:spacing w:after="80" w:line="348" w:lineRule="auto"/>
        <w:jc w:val="right"/>
      </w:pPr>
      <w:r>
        <w:rPr>
          <w:rFonts w:ascii="Arial" w:hAnsi="Arial" w:cs="Arial"/>
          <w:b/>
          <w:color w:val="0B143A"/>
          <w:sz w:val="25"/>
          <w:rtl/>
          <w:cs/>
        </w:rPr>
        <w:t>رابعًا: الإقامة ورخصة العمل وتذكرة العودة</w:t>
      </w:r>
    </w:p>
    <w:p>
      <w:pPr>
        <w:bidi/>
        <w:spacing w:after="80" w:line="348" w:lineRule="auto"/>
        <w:jc w:val="right"/>
      </w:pPr>
      <w:r>
        <w:rPr>
          <w:rFonts w:ascii="Arial" w:hAnsi="Arial" w:cs="Arial"/>
          <w:b w:val="0"/>
          <w:sz w:val="22"/>
          <w:rtl/>
          <w:cs/>
        </w:rPr>
        <w:t>الجهة التي تتحمل رسوم الإقامة ورخصة العمل: .........................</w:t>
      </w:r>
    </w:p>
    <w:p>
      <w:pPr>
        <w:bidi/>
        <w:spacing w:after="80" w:line="348" w:lineRule="auto"/>
        <w:jc w:val="right"/>
      </w:pPr>
      <w:r>
        <w:rPr>
          <w:rFonts w:ascii="Arial" w:hAnsi="Arial" w:cs="Arial"/>
          <w:b w:val="0"/>
          <w:sz w:val="22"/>
          <w:rtl/>
          <w:cs/>
        </w:rPr>
        <w:t>نقل الخدمات أو الاستقدام: .........................</w:t>
      </w:r>
    </w:p>
    <w:p>
      <w:pPr>
        <w:bidi/>
        <w:spacing w:after="80" w:line="348" w:lineRule="auto"/>
        <w:jc w:val="right"/>
      </w:pPr>
      <w:r>
        <w:rPr>
          <w:rFonts w:ascii="Arial" w:hAnsi="Arial" w:cs="Arial"/>
          <w:b w:val="0"/>
          <w:sz w:val="22"/>
          <w:rtl/>
          <w:cs/>
        </w:rPr>
        <w:t>تذكرة العودة: .........................</w:t>
      </w:r>
    </w:p>
    <w:p>
      <w:pPr>
        <w:bidi/>
        <w:spacing w:after="80" w:line="348" w:lineRule="auto"/>
        <w:jc w:val="right"/>
      </w:pPr>
      <w:r>
        <w:rPr>
          <w:rFonts w:ascii="Arial" w:hAnsi="Arial" w:cs="Arial"/>
          <w:b/>
          <w:color w:val="0B143A"/>
          <w:sz w:val="25"/>
          <w:rtl/>
          <w:cs/>
        </w:rPr>
        <w:t>خامسًا: ساعات العمل والإجازات</w:t>
      </w:r>
    </w:p>
    <w:p>
      <w:pPr>
        <w:bidi/>
        <w:spacing w:after="80" w:line="348" w:lineRule="auto"/>
        <w:jc w:val="right"/>
      </w:pPr>
      <w:r>
        <w:rPr>
          <w:rFonts w:ascii="Arial" w:hAnsi="Arial" w:cs="Arial"/>
          <w:b w:val="0"/>
          <w:sz w:val="22"/>
          <w:rtl/>
          <w:cs/>
        </w:rPr>
        <w:t>ساعات العمل: ......... ساعات يوميًا، ......... أيام أسبوعيًا</w:t>
      </w:r>
    </w:p>
    <w:p>
      <w:pPr>
        <w:bidi/>
        <w:spacing w:after="80" w:line="348" w:lineRule="auto"/>
        <w:jc w:val="right"/>
      </w:pPr>
      <w:r>
        <w:rPr>
          <w:rFonts w:ascii="Arial" w:hAnsi="Arial" w:cs="Arial"/>
          <w:b w:val="0"/>
          <w:sz w:val="22"/>
          <w:rtl/>
          <w:cs/>
        </w:rPr>
        <w:t>الإجازة السنوية: ......... يومًا مدفوعة الأجر</w:t>
      </w:r>
    </w:p>
    <w:p>
      <w:pPr>
        <w:bidi/>
        <w:spacing w:after="160" w:line="348" w:lineRule="auto"/>
        <w:jc w:val="right"/>
      </w:pPr>
      <w:r>
        <w:rPr>
          <w:rFonts w:ascii="Arial" w:hAnsi="Arial" w:cs="Arial"/>
          <w:b w:val="0"/>
          <w:color w:val="5A6478"/>
          <w:sz w:val="22"/>
          <w:rtl/>
          <w:cs/>
        </w:rPr>
        <w:t>تسري بقية الأحكام وفق نظام العمل السعودي ولائحة تنظيم العمل المعتمدة لدى المنشأة.</w:t>
      </w:r>
    </w:p>
    <w:p>
      <w:pPr>
        <w:bidi/>
        <w:spacing w:after="80" w:line="348" w:lineRule="auto"/>
        <w:jc w:val="right"/>
      </w:pPr>
      <w:r>
        <w:rPr>
          <w:rFonts w:ascii="Arial" w:hAnsi="Arial" w:cs="Arial"/>
          <w:b/>
          <w:color w:val="0B143A"/>
          <w:sz w:val="25"/>
          <w:rtl/>
          <w:cs/>
        </w:rPr>
        <w:t>سادسًا: صلاحية العرض</w:t>
      </w:r>
    </w:p>
    <w:p>
      <w:pPr>
        <w:bidi/>
        <w:spacing w:after="160" w:line="348" w:lineRule="auto"/>
        <w:jc w:val="right"/>
      </w:pPr>
      <w:r>
        <w:rPr>
          <w:rFonts w:ascii="Arial" w:hAnsi="Arial" w:cs="Arial"/>
          <w:b w:val="0"/>
          <w:color w:val="5A6478"/>
          <w:sz w:val="22"/>
          <w:rtl/>
          <w:cs/>
        </w:rPr>
        <w:t>هذا العرض ساري حتى ......... / ......... / .........، ويُعد لاغيًا بعد هذا التاريخ ما لم يُمدَّد كتابيًا.</w:t>
      </w:r>
    </w:p>
    <w:p>
      <w:pPr>
        <w:bidi/>
        <w:spacing w:after="160" w:line="348" w:lineRule="auto"/>
        <w:jc w:val="right"/>
      </w:pPr>
      <w:r>
        <w:rPr>
          <w:rFonts w:ascii="Arial" w:hAnsi="Arial" w:cs="Arial"/>
          <w:b w:val="0"/>
          <w:color w:val="5A6478"/>
          <w:sz w:val="22"/>
          <w:rtl/>
          <w:cs/>
        </w:rPr>
        <w:t>هذا العرض مشروط باستكمال إجراءات التوظيف النظامية وتقديم المستندات المطلوبة، ولا يقوم مقام عقد العمل. تسري العلاقة التعاقدية من تاريخ توقيع العقد الرسمي.</w:t>
      </w:r>
    </w:p>
    <w:p>
      <w:pPr>
        <w:bidi/>
        <w:spacing w:after="160" w:line="348" w:lineRule="auto"/>
        <w:jc w:val="right"/>
      </w:pPr>
      <w:r>
        <w:rPr>
          <w:rFonts w:ascii="Arial" w:hAnsi="Arial" w:cs="Arial"/>
          <w:b w:val="0"/>
          <w:color w:val="5A6478"/>
          <w:sz w:val="22"/>
          <w:rtl/>
          <w:cs/>
        </w:rPr>
        <w:t>نتطلع إلى انضمامك إلى فريقنا.</w:t>
      </w:r>
    </w:p>
    <w:p>
      <w:pPr>
        <w:bidi/>
        <w:spacing w:after="80" w:line="348" w:lineRule="auto"/>
        <w:jc w:val="right"/>
      </w:pPr>
      <w:r>
        <w:rPr>
          <w:rFonts w:ascii="Arial" w:hAnsi="Arial" w:cs="Arial"/>
          <w:b/>
          <w:color w:val="0B143A"/>
          <w:sz w:val="25"/>
          <w:rtl/>
          <w:cs/>
        </w:rPr>
        <w:t>عن المنشأة</w:t>
      </w:r>
    </w:p>
    <w:p>
      <w:pPr>
        <w:bidi/>
        <w:spacing w:after="80" w:line="348" w:lineRule="auto"/>
        <w:jc w:val="right"/>
      </w:pPr>
      <w:r>
        <w:rPr>
          <w:rFonts w:ascii="Arial" w:hAnsi="Arial" w:cs="Arial"/>
          <w:b w:val="0"/>
          <w:sz w:val="22"/>
          <w:rtl/>
          <w:cs/>
        </w:rPr>
        <w:t>الاسم: .........................    الوظيفة: .........................    التوقيع: .........................</w:t>
      </w:r>
    </w:p>
    <w:p>
      <w:pPr>
        <w:bidi/>
        <w:spacing w:after="80" w:line="348" w:lineRule="auto"/>
        <w:jc w:val="right"/>
      </w:pPr>
      <w:r>
        <w:rPr>
          <w:rFonts w:ascii="Arial" w:hAnsi="Arial" w:cs="Arial"/>
          <w:b/>
          <w:color w:val="0B143A"/>
          <w:sz w:val="25"/>
          <w:rtl/>
          <w:cs/>
        </w:rPr>
        <w:t>إقرار المرشح بالقبول</w:t>
      </w:r>
    </w:p>
    <w:p>
      <w:pPr>
        <w:bidi/>
        <w:spacing w:after="160" w:line="348" w:lineRule="auto"/>
        <w:jc w:val="right"/>
      </w:pPr>
      <w:r>
        <w:rPr>
          <w:rFonts w:ascii="Arial" w:hAnsi="Arial" w:cs="Arial"/>
          <w:b w:val="0"/>
          <w:color w:val="5A6478"/>
          <w:sz w:val="22"/>
          <w:rtl/>
          <w:cs/>
        </w:rPr>
        <w:t>أقر باطلاعي على الشروط الواردة أعلاه وقبولي بها.</w:t>
      </w:r>
    </w:p>
    <w:p>
      <w:pPr>
        <w:bidi/>
        <w:spacing w:after="80" w:line="348" w:lineRule="auto"/>
        <w:jc w:val="right"/>
      </w:pPr>
      <w:r>
        <w:rPr>
          <w:rFonts w:ascii="Arial" w:hAnsi="Arial" w:cs="Arial"/>
          <w:b w:val="0"/>
          <w:sz w:val="22"/>
          <w:rtl/>
          <w:cs/>
        </w:rPr>
        <w:t>الاسم: .........................    التاريخ: .........................    التوقيع: .........................</w:t>
      </w:r>
    </w:p>
    <w:p>
      <w:pPr>
        <w:bidi/>
        <w:spacing w:after="80" w:line="348" w:lineRule="auto"/>
        <w:jc w:val="right"/>
      </w:pPr>
      <w:r>
        <w:rPr>
          <w:rFonts w:ascii="Arial" w:hAnsi="Arial" w:cs="Arial"/>
          <w:b w:val="0"/>
          <w:color w:val="E1EDFF"/>
          <w:sz w:val="18"/>
          <w:rtl/>
          <w:cs/>
        </w:rPr>
        <w:t>————————————————————————————</w:t>
      </w:r>
    </w:p>
    <w:p>
      <w:pPr>
        <w:bidi/>
        <w:spacing w:after="0" w:line="348" w:lineRule="auto"/>
        <w:jc w:val="right"/>
      </w:pPr>
      <w:r>
        <w:rPr>
          <w:rFonts w:ascii="Arial" w:hAnsi="Arial" w:cs="Arial"/>
          <w:b w:val="0"/>
          <w:color w:val="5A6478"/>
          <w:sz w:val="17"/>
          <w:rtl/>
          <w:cs/>
        </w:rPr>
        <w:t>نموذج مجاني من قيود · qoyod.com — هذا النموذج إرشادي ولا يغني عن المراجعة النظامية.</w:t>
      </w:r>
    </w:p>
    <w:sectPr w:rsidR="00FC693F" w:rsidRPr="0006063C" w:rsidSect="00034616">
      <w:pgSz w:w="12240" w:h="15840"/>
      <w:pgMar w:top="1134" w:right="1247" w:bottom="1134" w:left="124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